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EDF5F4"/>
            <w:tcMar>
              <w:top w:w="90" w:type="dxa"/>
              <w:start w:w="180" w:type="dxa"/>
              <w:bottom w:w="9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نسخه حرفه‌ای Word | فارسی، راست‌چین و قابل‌ویرایش</w:t>
            </w:r>
          </w:p>
        </w:tc>
      </w:tr>
    </w:tbl>
    <w:p>
      <w:pPr>
        <w:pStyle w:val="Title"/>
        <w:jc w:val="right"/>
        <w:bidi w:val="1"/>
      </w:pPr>
      <w:r>
        <w:rPr>
          <w:rFonts w:ascii="Vazirmatn" w:hAnsi="Vazirmatn" w:cs="Vazirmatn" w:eastAsia="Vazirmatn"/>
          <w:rtl w:val="1"/>
        </w:rPr>
        <w:t>پیوست طبقه‌بندی اطلاعات محرمانه</w:t>
      </w:r>
    </w:p>
    <w:p>
      <w:pPr>
        <w:pStyle w:val="Subtitle"/>
        <w:jc w:val="right"/>
        <w:bidi w:val="1"/>
      </w:pPr>
      <w:r>
        <w:rPr>
          <w:rFonts w:ascii="Vazirmatn" w:hAnsi="Vazirmatn" w:cs="Vazirmatn" w:eastAsia="Vazirmatn"/>
          <w:rtl w:val="1"/>
        </w:rPr>
        <w:t>برای تعریف روشن مصادیق و کنترل‌های هر سطح</w:t>
      </w: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7484"/>
        <w:gridCol w:w="2494"/>
      </w:tblGrid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آماده تکمیل؛ نسخه نهایی پیش از امضا بازبینی شود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وضعیت</w:t>
            </w:r>
          </w:p>
        </w:tc>
      </w:tr>
      <w:tr>
        <w:tc>
          <w:tcPr>
            <w:tcW w:type="dxa" w:w="7484"/>
            <w:tcMar>
              <w:top w:w="100" w:type="dxa"/>
              <w:start w:w="120" w:type="dxa"/>
              <w:bottom w:w="100" w:type="dxa"/>
              <w:end w:w="120" w:type="dxa"/>
            </w:tcMar>
            <w:shd w:fill="F7F9F8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18"/>
                <w:rtl w:val="1"/>
              </w:rPr>
              <w:t>۲.۰ | تاریخ بازبینی محتوایی: ۱۴۰۵/۰۵/۲۲</w:t>
            </w:r>
          </w:p>
        </w:tc>
        <w:tc>
          <w:tcPr>
            <w:tcW w:type="dxa" w:w="2494"/>
            <w:tcMar>
              <w:top w:w="100" w:type="dxa"/>
              <w:start w:w="120" w:type="dxa"/>
              <w:bottom w:w="100" w:type="dxa"/>
              <w:end w:w="120" w:type="dxa"/>
            </w:tcMar>
            <w:shd w:fill="EDF5F4"/>
            <w:vAlign w:val="center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8"/>
                <w:rtl w:val="1"/>
              </w:rPr>
              <w:t>نسخه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BF4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قبل از استفاده: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هر عبارتی که داخل کروشه است باید با اطلاعات واقعی شرکت و شغل جایگزین شود. مبلغ سفته، خسارت قراردادی، مدت تعهد و هر محدودیت بعد از همکاری را بدون بررسی وکیل نهایی نکنید.</w:t>
            </w:r>
          </w:p>
        </w:tc>
      </w:tr>
    </w:tbl>
    <w:p>
      <w:pPr>
        <w:spacing w:after="0"/>
        <w:jc w:val="right"/>
        <w:bidi w:val="1"/>
      </w:pP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راهنمای سطح‌بندی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1530"/>
        <w:gridCol w:w="2551"/>
        <w:gridCol w:w="2608"/>
        <w:gridCol w:w="3288"/>
      </w:tblGrid>
      <w:tr>
        <w:trPr>
          <w:tblHeader w:val="true"/>
        </w:trPr>
        <w:tc>
          <w:tcPr>
            <w:tcW w:type="dxa" w:w="1530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سطح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تعریف</w:t>
            </w:r>
          </w:p>
        </w:tc>
        <w:tc>
          <w:tcPr>
            <w:tcW w:type="dxa" w:w="2608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نمونه</w:t>
            </w:r>
          </w:p>
        </w:tc>
        <w:tc>
          <w:tcPr>
            <w:tcW w:type="dxa" w:w="3288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کنترل حداقلی</w:t>
            </w:r>
          </w:p>
        </w:tc>
      </w:tr>
      <w:tr>
        <w:tc>
          <w:tcPr>
            <w:tcW w:type="dxa" w:w="153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عمومی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انتشار آن مجاز است</w:t>
            </w:r>
          </w:p>
        </w:tc>
        <w:tc>
          <w:tcPr>
            <w:tcW w:type="dxa" w:w="260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سایت و کاتالوگ</w:t>
            </w:r>
          </w:p>
        </w:tc>
        <w:tc>
          <w:tcPr>
            <w:tcW w:type="dxa" w:w="328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تأیید هویت برند</w:t>
            </w:r>
          </w:p>
        </w:tc>
      </w:tr>
      <w:tr>
        <w:tc>
          <w:tcPr>
            <w:tcW w:type="dxa" w:w="153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داخلی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برای کارکنان؛ آسیب محدود</w:t>
            </w:r>
          </w:p>
        </w:tc>
        <w:tc>
          <w:tcPr>
            <w:tcW w:type="dxa" w:w="260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رویه و تقویم داخلی</w:t>
            </w:r>
          </w:p>
        </w:tc>
        <w:tc>
          <w:tcPr>
            <w:tcW w:type="dxa" w:w="328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حساب سازمانی</w:t>
            </w:r>
          </w:p>
        </w:tc>
      </w:tr>
      <w:tr>
        <w:tc>
          <w:tcPr>
            <w:tcW w:type="dxa" w:w="153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محرمانه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افشا می‌تواند زیان‌بار باشد</w:t>
            </w:r>
          </w:p>
        </w:tc>
        <w:tc>
          <w:tcPr>
            <w:tcW w:type="dxa" w:w="260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قیمت، قرارداد، داده کارکنان</w:t>
            </w:r>
          </w:p>
        </w:tc>
        <w:tc>
          <w:tcPr>
            <w:tcW w:type="dxa" w:w="328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نقش‌محور، رمز، ثبت خروج</w:t>
            </w:r>
          </w:p>
        </w:tc>
      </w:tr>
      <w:tr>
        <w:tc>
          <w:tcPr>
            <w:tcW w:type="dxa" w:w="153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حیاتی/راز تجاری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ارزش مستقل، غیرعمومی، حفاظت‌شده</w:t>
            </w:r>
          </w:p>
        </w:tc>
        <w:tc>
          <w:tcPr>
            <w:tcW w:type="dxa" w:w="260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کد اختصاصی، فرمول، نقشه محصول</w:t>
            </w:r>
          </w:p>
        </w:tc>
        <w:tc>
          <w:tcPr>
            <w:tcW w:type="dxa" w:w="328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حداقل دسترسی، ثبت رویداد، بازبینی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فرم دارایی اطلاعاتی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567"/>
        <w:gridCol w:w="2268"/>
        <w:gridCol w:w="1360"/>
        <w:gridCol w:w="1247"/>
        <w:gridCol w:w="1757"/>
        <w:gridCol w:w="1474"/>
        <w:gridCol w:w="1304"/>
      </w:tblGrid>
      <w:tr>
        <w:trPr>
          <w:tblHeader w:val="true"/>
        </w:trP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ردیف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دارایی/اطلاعات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مالک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سطح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نقش‌های مجاز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محل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123F44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FFFFFF"/>
                <w:sz w:val="18"/>
                <w:rtl w:val="1"/>
              </w:rPr>
              <w:t>مدت نگهداری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1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2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3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4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5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6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7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  <w:tr>
        <w:tc>
          <w:tcPr>
            <w:tcW w:type="dxa" w:w="56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8</w:t>
            </w:r>
          </w:p>
        </w:tc>
        <w:tc>
          <w:tcPr>
            <w:tcW w:type="dxa" w:w="2268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           ]</w:t>
            </w:r>
          </w:p>
        </w:tc>
        <w:tc>
          <w:tcPr>
            <w:tcW w:type="dxa" w:w="1360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24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  <w:tc>
          <w:tcPr>
            <w:tcW w:type="dxa" w:w="1757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    ]</w:t>
            </w:r>
          </w:p>
        </w:tc>
        <w:tc>
          <w:tcPr>
            <w:tcW w:type="dxa" w:w="147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  ]</w:t>
            </w:r>
          </w:p>
        </w:tc>
        <w:tc>
          <w:tcPr>
            <w:tcW w:type="dxa" w:w="1304"/>
            <w:tcMar>
              <w:top w:w="100" w:type="dxa"/>
              <w:start w:w="120" w:type="dxa"/>
              <w:bottom w:w="100" w:type="dxa"/>
              <w:end w:w="120" w:type="dxa"/>
            </w:tcMar>
            <w:shd w:fill="FFFFFF"/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 w:val="0"/>
                <w:color w:val="202B33"/>
                <w:sz w:val="20"/>
                <w:rtl w:val="1"/>
              </w:rPr>
              <w:t>[        ]</w:t>
            </w:r>
          </w:p>
        </w:tc>
      </w:tr>
    </w:tbl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آزمون راز تجاری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آیا اطلاعات به‌طور معمول برای عموم یا رقبا در دسترس نیست؟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آیا غیرعمومی بودن آن ارزش اقتصادی مستقل ایجاد می‌کند؟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آیا شرکت برای حفاظت، اقدام معقول و قابل اثبات انجام داده است؟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آیا مالک، محل، گیرندگان و نسخه‌های اطلاعات مشخص‌اند؟</w:t>
      </w:r>
    </w:p>
    <w:p>
      <w:pPr>
        <w:ind w:left="142" w:right="142"/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1"/>
          <w:rtl w:val="1"/>
        </w:rPr>
        <w:t>☐ آیا دسترسی‌های بلااستفاده بازبینی و حذف می‌شوند؟</w:t>
      </w:r>
    </w:p>
    <w:p>
      <w:pPr>
        <w:pStyle w:val="Heading1"/>
        <w:jc w:val="right"/>
        <w:bidi w:val="1"/>
      </w:pPr>
      <w:r>
        <w:rPr>
          <w:rFonts w:ascii="Vazirmatn" w:hAnsi="Vazirmatn" w:cs="Vazirmatn" w:eastAsia="Vazirmatn"/>
          <w:rtl w:val="1"/>
        </w:rPr>
        <w:t>تأیید پیوست</w:t>
      </w:r>
    </w:p>
    <w:p>
      <w:pPr>
        <w:jc w:val="right"/>
        <w:bidi w:val="1"/>
      </w:pPr>
      <w:r>
        <w:rPr>
          <w:rFonts w:ascii="Vazirmatn" w:hAnsi="Vazirmatn" w:cs="Vazirmatn" w:eastAsia="Vazirmatn"/>
          <w:b w:val="0"/>
          <w:color w:val="202B33"/>
          <w:sz w:val="22"/>
          <w:rtl w:val="1"/>
        </w:rPr>
        <w:t>این پیوست برای سمت [      ] و واحد [      ] تنظیم و به قرارداد محرمانگی شماره [      ] متصل شد. تغییر سطح یا دامنه دسترسی باید در ماتریس دسترسی ثبت و به کارمند اعلام شود.</w:t>
      </w:r>
    </w:p>
    <w:p>
      <w:pPr>
        <w:jc w:val="right"/>
        <w:bidi w:val="1"/>
      </w:pPr>
    </w:p>
    <w:tbl>
      <w:tblPr>
        <w:tblW w:type="dxa" w:w="9978"/>
        <w:jc w:val="center"/>
        <w:tblLayout w:type="fixed"/>
        <w:tblLook w:firstColumn="1" w:firstRow="1" w:lastColumn="0" w:lastRow="0" w:noHBand="0" w:noVBand="1" w:val="04A0"/>
        <w:bidiVisual w:val="1"/>
        <w:tblInd w:w="120" w:type="dxa"/>
      </w:tblPr>
      <w:tblGrid>
        <w:gridCol w:w="4989"/>
        <w:gridCol w:w="4989"/>
      </w:tblGrid>
      <w:tr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کارمند</w:t>
            </w:r>
          </w:p>
        </w:tc>
        <w:tc>
          <w:tcPr>
            <w:tcW w:type="dxa" w:w="4989"/>
            <w:shd w:fill="EDF5F4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>مالک اطلاعات / مدیر واحد</w:t>
            </w:r>
          </w:p>
        </w:tc>
      </w:tr>
      <w:tr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  <w:tc>
          <w:tcPr>
            <w:tcW w:type="dxa" w:w="4989"/>
            <w:tcMar>
              <w:top w:w="120" w:type="dxa"/>
              <w:start w:w="120" w:type="dxa"/>
              <w:bottom w:w="500" w:type="dxa"/>
              <w:end w:w="12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sz w:val="20"/>
                <w:rtl w:val="1"/>
              </w:rPr>
              <w:t>نام و نام خانوادگی: [                 ]</w:t>
              <w:br/>
              <w:t>سمت: [                 ]</w:t>
              <w:br/>
              <w:t>تاریخ: [                 ]</w:t>
              <w:br/>
              <w:t>امضا/اثر انگشت:</w:t>
            </w:r>
          </w:p>
        </w:tc>
      </w:tr>
    </w:tbl>
    <w:tbl>
      <w:tblPr>
        <w:tblW w:type="dxa" w:w="9979"/>
        <w:jc w:val="center"/>
        <w:tblLayout w:type="fixed"/>
        <w:tblLook w:firstColumn="1" w:firstRow="1" w:lastColumn="0" w:lastRow="0" w:noHBand="0" w:noVBand="1" w:val="04A0"/>
        <w:bidiVisual w:val="1"/>
        <w:tblInd w:w="180" w:type="dxa"/>
      </w:tblPr>
      <w:tblGrid>
        <w:gridCol w:w="9979"/>
      </w:tblGrid>
      <w:tr>
        <w:tc>
          <w:tcPr>
            <w:tcW w:type="dxa" w:w="9979"/>
            <w:shd w:fill="FCE8E6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pPr>
              <w:jc w:val="right"/>
              <w:bidi w:val="1"/>
            </w:pPr>
            <w:r>
              <w:rPr>
                <w:rFonts w:ascii="Vazirmatn" w:hAnsi="Vazirmatn" w:cs="Vazirmatn" w:eastAsia="Vazirmatn"/>
                <w:b/>
                <w:color w:val="123F44"/>
                <w:sz w:val="19"/>
                <w:rtl w:val="1"/>
              </w:rPr>
              <w:t xml:space="preserve">یادآوری حقوقی: </w:t>
            </w:r>
            <w:r>
              <w:rPr>
                <w:rFonts w:ascii="Vazirmatn" w:hAnsi="Vazirmatn" w:cs="Vazirmatn" w:eastAsia="Vazirmatn"/>
                <w:b w:val="0"/>
                <w:color w:val="202B33"/>
                <w:sz w:val="19"/>
                <w:rtl w:val="1"/>
              </w:rPr>
              <w:t>این فایل یک الگوی عمومی است. پیش از امضا، اقدام روی سفته، مطالبه خسارت یا تصمیم انضباطی، متن نهایی و مدارک همان پرونده را به وکیل آشنا با حقوق کار نشان دهید.</w:t>
            </w:r>
          </w:p>
        </w:tc>
      </w:tr>
    </w:tbl>
    <w:p>
      <w:pPr>
        <w:spacing w:after="0"/>
        <w:jc w:val="right"/>
        <w:bidi w:val="1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92" w:right="964" w:bottom="935" w:left="964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 w:eastAsia="Vazirmatn"/>
        <w:color w:val="66737B"/>
        <w:sz w:val="16"/>
        <w:rtl w:val="1"/>
      </w:rPr>
      <w:t xml:space="preserve">صفحه </w:t>
      <w:fldChar w:fldCharType="begin"/>
      <w:instrText xml:space="preserve"> PAGE </w:instrText>
      <w:fldChar w:fldCharType="end"/>
    </w:r>
    <w:r>
      <w:rPr>
        <w:rFonts w:ascii="Vazirmatn" w:hAnsi="Vazirmatn" w:cs="Vazirmatn" w:eastAsia="Vazirmatn"/>
        <w:b w:val="0"/>
        <w:color w:val="66737B"/>
        <w:sz w:val="16"/>
        <w:rtl w:val="1"/>
      </w:rPr>
      <w:t xml:space="preserve"> | © محمد جواد برزگر — استفاده داخلی طبق مجوز محصول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979"/>
      <w:jc w:val="center"/>
      <w:tblLayout w:type="fixed"/>
      <w:tblLook w:firstColumn="1" w:firstRow="1" w:lastColumn="0" w:lastRow="0" w:noHBand="0" w:noVBand="1" w:val="04A0"/>
      <w:bidiVisual w:val="1"/>
      <w:tblInd w:w="20" w:type="dxa"/>
    </w:tblPr>
    <w:tblGrid>
      <w:gridCol w:w="7144"/>
      <w:gridCol w:w="2835"/>
    </w:tblGrid>
    <w:tr>
      <w:tc>
        <w:tcPr>
          <w:tcW w:type="dxa" w:w="7144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right"/>
            <w:bidi w:val="1"/>
          </w:pPr>
          <w:r>
            <w:rPr>
              <w:rFonts w:ascii="Vazirmatn" w:hAnsi="Vazirmatn" w:cs="Vazirmatn" w:eastAsia="Vazirmatn"/>
              <w:b/>
              <w:color w:val="123F44"/>
              <w:sz w:val="17"/>
              <w:rtl w:val="1"/>
            </w:rPr>
            <w:t>محمد جواد برزگر | ابزارهای مدیریت کسب‌وکار</w:t>
          </w:r>
        </w:p>
      </w:tc>
      <w:tc>
        <w:tcPr>
          <w:tcW w:type="dxa" w:w="2835"/>
          <w:tcMar>
            <w:top w:w="20" w:type="dxa"/>
            <w:start w:w="20" w:type="dxa"/>
            <w:bottom w:w="20" w:type="dxa"/>
            <w:end w:w="20" w:type="dxa"/>
          </w:tcMar>
        </w:tcPr>
        <w:p>
          <w:pPr>
            <w:jc w:val="left"/>
            <w:bidi w:val="1"/>
          </w:pPr>
          <w:r>
            <w:rPr>
              <w:rFonts w:ascii="Vazirmatn" w:hAnsi="Vazirmatn" w:cs="Vazirmatn" w:eastAsia="Vazirmatn"/>
              <w:b w:val="0"/>
              <w:color w:val="66737B"/>
              <w:sz w:val="16"/>
              <w:rtl w:val="1"/>
            </w:rPr>
            <w:t>NDA-KIT-02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Vazirmatn" w:hAnsi="Vazirmatn" w:cs="Vazirmatn"/>
      <w:color w:val="202B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6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123F44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21666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202B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Vazirmatn" w:hAnsi="Vazirmatn" w:cs="Vazirmatn"/>
      <w:b/>
      <w:color w:val="123F44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Vazirmatn" w:hAnsi="Vazirmatn" w:cs="Vazirmatn"/>
      <w:b w:val="0"/>
      <w:i/>
      <w:iCs/>
      <w:color w:val="66737B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02-پیوست-طبقه‌بندی-اطلاعات</dc:title>
  <dc:subject>کیت حفاظت از اطلاعات کارکنان</dc:subject>
  <dc:creator>محمد جواد برزگر</dc:creator>
  <cp:keywords>NDA, محرمانگی, سفته, منابع انسانی, محمد جواد برزگر</cp:keywords>
  <dc:description>generated by python-docx</dc:description>
  <cp:lastModifiedBy>محمد جواد برزگر</cp:lastModifiedBy>
  <cp:revision>1</cp:revision>
  <dcterms:created xsi:type="dcterms:W3CDTF">2013-12-23T23:15:00Z</dcterms:created>
  <dcterms:modified xsi:type="dcterms:W3CDTF">2013-12-23T23:15:00Z</dcterms:modified>
  <cp:category/>
</cp:coreProperties>
</file>