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رسید دریافت و عودت سفته تضمینی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ثبت دو نسخه‌ای علت، مشخصات، نگهداری و بازگرداندن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اصل ایمنی: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سفته سفیدامضا یا در وجه حامل دریافت نشود. شماره سریال، مبلغ، تاریخ، گیرنده و علت تضمینی در سفته، قرارداد و این رسید با هم منطبق باشند.</w:t>
            </w:r>
          </w:p>
        </w:tc>
      </w:tr>
    </w:tbl>
    <w:p>
      <w:pPr>
        <w:spacing w:after="0"/>
        <w:jc w:val="right"/>
        <w:bidi w:val="1"/>
      </w:pP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الف) مشخصات سفته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شماره/سریال سفته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مبلغ به عدد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 ریال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مبلغ به حروف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                              ] ریال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تاریخ صدور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گیرنده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[نام کامل کارفرما/شرکت ـ نه وجه حامل]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نام صادرکننده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قرارداد کار مرتبط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شماره [      ] مورخ [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پیوست محرمانگی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شماره [      ] مورخ [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ب) علت و حدود تضمین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سفته صرفاً بابت تضمین حسن انجام تعهدات مشخص مندرج در قرارداد کار و پیوست محرمانگی فوق تحویل شد و بابت بدهی حال‌شده یا پرداخت دستمزد نیست. مصادیق مورد تضمین: [تعهدات مشخص و قابل سنجش؛ مانند استرداد تجهیزات، عدم افشای اطلاعات طبقه‌بندی‌شده و تحویل اسناد].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کارفرما متعهد است سفته را به ثالث منتقل یا ظهرنویسی نکند و پیش از هر اقدام، تخلف ادعایی، مستندات و مبنای قراردادی را کتبی اعلام کند. استفاده از سفته فقط در حدود قانون و پس از بررسی حقوقی مجاز است؛ این رسید اختیار وصول خودکار ایجاد نمی‌کند.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ج) نگهداری و دسترسی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تحویل‌گیرنده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[نام و سمت]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محل نگهداری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[گاوصندوق/پرونده شماره]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تاریخ دریافت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شماره رسید داخلی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افراد مجاز به دسترسی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د) شرایط و موعد عودت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پس از پایان همکاری و انجام تحویل‌های ثبت‌شده، کارفرما سفته را حداکثر ظرف [      ] روز کاری عودت می‌دهد، مگر اختلاف مستند و جاری وجود داشته باشد که به‌طور کتبی به کارمند اعلام شده است. نگهداری نامحدود بدون اعلام وضعیت مجاز نیست.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هـ) رسید دریافت اولیه</w:t>
      </w:r>
    </w:p>
    <w:p>
      <w:pPr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4989"/>
        <w:gridCol w:w="4989"/>
      </w:tblGrid>
      <w:tr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صادرکننده/کارمند</w:t>
            </w:r>
          </w:p>
        </w:tc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تحویل‌گیرنده/کارفرما</w:t>
            </w:r>
          </w:p>
        </w:tc>
      </w:tr>
      <w:tr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و) رسید عودت/ابطال سفته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وضعیت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عودت اصل سفته  ☐ ابطال با حضور طرفین  ☐ وضعیت دیگر: [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تاریخ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شماره/سریال تطبیق‌شده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علت تأخیر احتمالی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     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مدرک پیوست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[تصویر/رسید/صورتجلسه شماره]</w:t>
            </w:r>
          </w:p>
        </w:tc>
      </w:tr>
    </w:tbl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اینجانب [نام کارمند] دریافت اصل سفته با شماره فوق / حضور در ابطال آن را تأیید می‌کنم. این تأیید صرفاً ناظر به وضعیت سفته است و به‌خودی‌خود به‌معنای اسقاط کلی حقوق قانونی طرفین نیست.</w:t>
      </w:r>
    </w:p>
    <w:p>
      <w:pPr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4989"/>
        <w:gridCol w:w="4989"/>
      </w:tblGrid>
      <w:tr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کارمند/دریافت‌کننده</w:t>
            </w:r>
          </w:p>
        </w:tc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کارفرما/تحویل‌دهنده</w:t>
            </w:r>
          </w:p>
        </w:tc>
      </w:tr>
      <w:tr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یادآوری حقوقی: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این فایل یک الگوی عمومی است. پیش از امضا، اقدام روی سفته، مطالبه خسارت یا تصمیم انضباطی، متن نهایی و مدارک همان پرونده را به وکیل آشنا با حقوق کار نشان دهید.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03-رسید-دریافت-و-عودت-سفته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